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E58" w:rsidRDefault="00F67E35">
      <w:pPr>
        <w:pStyle w:val="Heading1"/>
      </w:pPr>
      <w:r>
        <w:t xml:space="preserve">New Observations in </w:t>
      </w:r>
      <w:proofErr w:type="spellStart"/>
      <w:r>
        <w:t>GujRams</w:t>
      </w:r>
      <w:proofErr w:type="spellEnd"/>
      <w:r>
        <w:t xml:space="preserve"> for RSAMS Module</w:t>
      </w:r>
      <w:r w:rsidR="00A25E20">
        <w:br/>
      </w:r>
    </w:p>
    <w:p w:rsidR="00A25E20" w:rsidRDefault="00A25E20" w:rsidP="005E573A">
      <w:pPr>
        <w:pStyle w:val="Heading3"/>
        <w:spacing w:before="0"/>
      </w:pPr>
      <w:r>
        <w:rPr>
          <w:rStyle w:val="Strong"/>
          <w:b/>
          <w:bCs/>
        </w:rPr>
        <w:t>Issue 1: Circle Dropdown Not Displayed Properly</w:t>
      </w:r>
      <w:r w:rsidR="00936151">
        <w:rPr>
          <w:rStyle w:val="Strong"/>
          <w:b/>
          <w:bCs/>
        </w:rPr>
        <w:t xml:space="preserve">   (</w:t>
      </w:r>
      <w:r w:rsidR="00936151" w:rsidRPr="00936151">
        <w:rPr>
          <w:rStyle w:val="Strong"/>
          <w:b/>
          <w:bCs/>
          <w:highlight w:val="yellow"/>
        </w:rPr>
        <w:t>Done</w:t>
      </w:r>
      <w:proofErr w:type="gramStart"/>
      <w:r w:rsidR="00936151">
        <w:rPr>
          <w:rStyle w:val="Strong"/>
          <w:b/>
          <w:bCs/>
        </w:rPr>
        <w:t>)</w:t>
      </w:r>
      <w:proofErr w:type="gramEnd"/>
      <w:r w:rsidR="005E573A"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 xml:space="preserve">Issue: 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Circle dropdown values are not displayed when the jurisdiction is set to "Circle".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Priority: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 xml:space="preserve"> High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Category: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 xml:space="preserve"> Bug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Expected Result: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 xml:space="preserve"> Circle dropdown should list all available circles based on the selected jurisdiction.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 xml:space="preserve">Actual Result: 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Dropdown appears blank and does not show any values.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Style w:val="Strong"/>
          <w:b/>
        </w:rPr>
        <w:t>Screenshot</w:t>
      </w:r>
      <w:proofErr w:type="gramStart"/>
      <w:r w:rsidRPr="005E573A">
        <w:rPr>
          <w:rStyle w:val="Strong"/>
          <w:b/>
        </w:rPr>
        <w:t>:</w:t>
      </w:r>
      <w:proofErr w:type="gramEnd"/>
      <w:r w:rsidR="004F152D" w:rsidRPr="00A25E20">
        <w:rPr>
          <w:rFonts w:asciiTheme="minorHAnsi" w:eastAsiaTheme="minorEastAsia" w:hAnsiTheme="minorHAnsi" w:cstheme="minorBidi"/>
          <w:b w:val="0"/>
          <w:color w:val="auto"/>
        </w:rPr>
        <w:br/>
      </w:r>
      <w:r w:rsidR="004F152D" w:rsidRPr="00AB3273">
        <w:rPr>
          <w:noProof/>
        </w:rPr>
        <w:drawing>
          <wp:inline distT="0" distB="0" distL="0" distR="0" wp14:anchorId="51B74AD4" wp14:editId="7FBE7829">
            <wp:extent cx="5486400" cy="1602885"/>
            <wp:effectExtent l="0" t="0" r="0" b="0"/>
            <wp:docPr id="1" name="Picture 1" descr="F:\GUJRAMS\Screenshot_RSAM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Screenshot_RSAMS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b w:val="0"/>
          <w:bCs w:val="0"/>
        </w:rPr>
        <w:br/>
      </w:r>
      <w:r>
        <w:rPr>
          <w:rStyle w:val="Strong"/>
          <w:b/>
          <w:bCs/>
        </w:rPr>
        <w:t>Issue 2: Division Dropdown Shows No Results</w:t>
      </w:r>
      <w:r w:rsidR="00767458">
        <w:rPr>
          <w:rStyle w:val="Strong"/>
          <w:b/>
          <w:bCs/>
        </w:rPr>
        <w:t xml:space="preserve"> (</w:t>
      </w:r>
      <w:r w:rsidR="00767458" w:rsidRPr="00767458">
        <w:rPr>
          <w:rStyle w:val="Strong"/>
          <w:b/>
          <w:bCs/>
          <w:highlight w:val="yellow"/>
        </w:rPr>
        <w:t>Done</w:t>
      </w:r>
      <w:r w:rsidR="00767458">
        <w:rPr>
          <w:rStyle w:val="Strong"/>
          <w:b/>
          <w:bCs/>
        </w:rPr>
        <w:t>)</w:t>
      </w:r>
    </w:p>
    <w:p w:rsidR="00A25E20" w:rsidRPr="00A25E20" w:rsidRDefault="00A25E20" w:rsidP="00A25E20">
      <w:pPr>
        <w:pStyle w:val="Heading3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Issue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: Division dropdown does not show any values when jurisdiction is set to "Division".</w:t>
      </w:r>
      <w:r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Priority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: High</w:t>
      </w:r>
      <w:r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Category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: Bug</w:t>
      </w:r>
      <w:r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Expected Result</w:t>
      </w:r>
      <w:r w:rsidR="00C36BFF">
        <w:rPr>
          <w:rFonts w:asciiTheme="minorHAnsi" w:eastAsiaTheme="minorEastAsia" w:hAnsiTheme="minorHAnsi" w:cstheme="minorBidi"/>
          <w:b w:val="0"/>
          <w:color w:val="auto"/>
        </w:rPr>
        <w:t xml:space="preserve">: 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Division dropdown should display a list of available divisions based on the selected road code and jurisdiction.</w:t>
      </w:r>
      <w:r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 w:val="0"/>
          <w:color w:val="auto"/>
        </w:rPr>
        <w:t>Actual Result</w:t>
      </w:r>
      <w:r w:rsidR="00C36BFF">
        <w:rPr>
          <w:rFonts w:asciiTheme="minorHAnsi" w:eastAsiaTheme="minorEastAsia" w:hAnsiTheme="minorHAnsi" w:cstheme="minorBidi"/>
          <w:b w:val="0"/>
          <w:color w:val="auto"/>
        </w:rPr>
        <w:t>: D</w:t>
      </w:r>
      <w:r w:rsidRPr="00A25E20">
        <w:rPr>
          <w:rFonts w:asciiTheme="minorHAnsi" w:eastAsiaTheme="minorEastAsia" w:hAnsiTheme="minorHAnsi" w:cstheme="minorBidi"/>
          <w:b w:val="0"/>
          <w:color w:val="auto"/>
        </w:rPr>
        <w:t>ropdown displays "No results found" even when the inputs are valid.</w:t>
      </w:r>
      <w:r>
        <w:rPr>
          <w:rFonts w:asciiTheme="minorHAnsi" w:eastAsiaTheme="minorEastAsia" w:hAnsiTheme="minorHAnsi" w:cstheme="minorBidi"/>
          <w:b w:val="0"/>
          <w:color w:val="auto"/>
        </w:rPr>
        <w:br/>
      </w:r>
      <w:r w:rsidRPr="005E573A">
        <w:rPr>
          <w:rFonts w:asciiTheme="minorHAnsi" w:eastAsiaTheme="minorEastAsia" w:hAnsiTheme="minorHAnsi" w:cstheme="minorBidi"/>
          <w:bCs w:val="0"/>
        </w:rPr>
        <w:t>Screenshot</w:t>
      </w:r>
      <w:r w:rsidRPr="00A25E20">
        <w:rPr>
          <w:rStyle w:val="Strong"/>
          <w:b/>
          <w:color w:val="auto"/>
        </w:rPr>
        <w:t>:</w:t>
      </w:r>
    </w:p>
    <w:p w:rsidR="00361E58" w:rsidRDefault="004F152D" w:rsidP="004F152D">
      <w:r w:rsidRPr="00AB3273">
        <w:rPr>
          <w:noProof/>
        </w:rPr>
        <w:drawing>
          <wp:inline distT="0" distB="0" distL="0" distR="0" wp14:anchorId="2C867F2E" wp14:editId="3EC9D5C9">
            <wp:extent cx="5486400" cy="1804689"/>
            <wp:effectExtent l="0" t="0" r="0" b="5080"/>
            <wp:docPr id="2" name="Picture 2" descr="F:\GUJRAMS\Screenshot_RSAM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UJRAMS\Screenshot_RSAMS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0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4F152D" w:rsidP="004F152D">
      <w:pPr>
        <w:pStyle w:val="Heading2"/>
      </w:pPr>
      <w:r>
        <w:lastRenderedPageBreak/>
        <w:t>Issue 3</w:t>
      </w:r>
      <w:r w:rsidR="00767458">
        <w:t xml:space="preserve"> (</w:t>
      </w:r>
      <w:r w:rsidR="00767458" w:rsidRPr="00767458">
        <w:rPr>
          <w:highlight w:val="yellow"/>
        </w:rPr>
        <w:t>Done</w:t>
      </w:r>
      <w:r w:rsidR="00767458">
        <w:t>)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Issue: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Alignment issue in Add column screen.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Priority: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Medium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Category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>: UI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Expected Result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>: All fields and labels should be properly aligned.</w:t>
      </w:r>
    </w:p>
    <w:p w:rsidR="00361E58" w:rsidRDefault="00F67E35" w:rsidP="00C36BFF">
      <w:pPr>
        <w:pStyle w:val="Heading3"/>
        <w:spacing w:before="0"/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Actual Result: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Fields are not aligned properly in Add screen.</w:t>
      </w:r>
      <w:r w:rsidR="004F152D" w:rsidRPr="00C36BFF">
        <w:rPr>
          <w:rFonts w:asciiTheme="minorHAnsi" w:eastAsiaTheme="minorEastAsia" w:hAnsiTheme="minorHAnsi" w:cstheme="minorBidi"/>
          <w:b w:val="0"/>
          <w:color w:val="auto"/>
        </w:rPr>
        <w:br/>
      </w:r>
      <w:r w:rsidR="00C36BFF" w:rsidRPr="005E573A">
        <w:rPr>
          <w:rFonts w:asciiTheme="minorHAnsi" w:eastAsiaTheme="minorEastAsia" w:hAnsiTheme="minorHAnsi" w:cstheme="minorBidi"/>
          <w:bCs w:val="0"/>
        </w:rPr>
        <w:t>Screenshot:</w:t>
      </w:r>
      <w:r w:rsidR="004F152D" w:rsidRPr="00C36BFF">
        <w:rPr>
          <w:rFonts w:asciiTheme="minorHAnsi" w:eastAsiaTheme="minorEastAsia" w:hAnsiTheme="minorHAnsi" w:cstheme="minorBidi"/>
          <w:b w:val="0"/>
          <w:color w:val="auto"/>
        </w:rPr>
        <w:br/>
      </w:r>
      <w:r w:rsidR="004F152D" w:rsidRPr="00AB3273">
        <w:rPr>
          <w:noProof/>
        </w:rPr>
        <w:drawing>
          <wp:inline distT="0" distB="0" distL="0" distR="0" wp14:anchorId="2383401A" wp14:editId="7D3EDB77">
            <wp:extent cx="5486400" cy="1844807"/>
            <wp:effectExtent l="0" t="0" r="0" b="3175"/>
            <wp:docPr id="3" name="Picture 3" descr="F:\GUJRAMS\Screenshot_RSAM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JRAMS\Screenshot_RSAMS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4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67E35">
      <w:pPr>
        <w:pStyle w:val="Heading2"/>
      </w:pPr>
      <w:r>
        <w:t>Iss</w:t>
      </w:r>
      <w:r w:rsidR="00C36BFF">
        <w:t>ue 4</w:t>
      </w:r>
      <w:r w:rsidR="00CC41DF">
        <w:t xml:space="preserve"> (</w:t>
      </w:r>
      <w:r w:rsidR="00CC41DF" w:rsidRPr="00CC41DF">
        <w:rPr>
          <w:highlight w:val="yellow"/>
        </w:rPr>
        <w:t>Done</w:t>
      </w:r>
      <w:r w:rsidR="00CC41DF">
        <w:t>)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Issue: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Survey and Coding dates not displayed.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Priority: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High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Category: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Bug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Expected Result: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Survey and Coding dates should be shown.</w:t>
      </w:r>
    </w:p>
    <w:p w:rsidR="00361E58" w:rsidRPr="00C36BFF" w:rsidRDefault="00F67E35" w:rsidP="00C36BFF">
      <w:pPr>
        <w:pStyle w:val="Heading3"/>
        <w:spacing w:before="0"/>
        <w:rPr>
          <w:rFonts w:asciiTheme="minorHAnsi" w:eastAsiaTheme="minorEastAsia" w:hAnsiTheme="minorHAnsi" w:cstheme="minorBidi"/>
          <w:b w:val="0"/>
          <w:color w:val="auto"/>
        </w:rPr>
      </w:pPr>
      <w:r w:rsidRPr="005E573A">
        <w:rPr>
          <w:rFonts w:asciiTheme="minorHAnsi" w:eastAsiaTheme="minorEastAsia" w:hAnsiTheme="minorHAnsi" w:cstheme="minorBidi"/>
          <w:b w:val="0"/>
          <w:color w:val="auto"/>
        </w:rPr>
        <w:t>Actual Result:</w:t>
      </w:r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Dates are missing in the </w:t>
      </w:r>
      <w:proofErr w:type="spellStart"/>
      <w:r w:rsidRPr="00C36BFF">
        <w:rPr>
          <w:rFonts w:asciiTheme="minorHAnsi" w:eastAsiaTheme="minorEastAsia" w:hAnsiTheme="minorHAnsi" w:cstheme="minorBidi"/>
          <w:b w:val="0"/>
          <w:color w:val="auto"/>
        </w:rPr>
        <w:t>iRAP</w:t>
      </w:r>
      <w:proofErr w:type="spellEnd"/>
      <w:r w:rsidRPr="00C36BFF">
        <w:rPr>
          <w:rFonts w:asciiTheme="minorHAnsi" w:eastAsiaTheme="minorEastAsia" w:hAnsiTheme="minorHAnsi" w:cstheme="minorBidi"/>
          <w:b w:val="0"/>
          <w:color w:val="auto"/>
        </w:rPr>
        <w:t xml:space="preserve"> view screen.</w:t>
      </w:r>
      <w:r w:rsidR="00C36BFF">
        <w:rPr>
          <w:rFonts w:asciiTheme="minorHAnsi" w:eastAsiaTheme="minorEastAsia" w:hAnsiTheme="minorHAnsi" w:cstheme="minorBidi"/>
          <w:b w:val="0"/>
          <w:color w:val="auto"/>
        </w:rPr>
        <w:br/>
      </w:r>
      <w:r w:rsidR="00C36BFF" w:rsidRPr="005E573A">
        <w:rPr>
          <w:rFonts w:asciiTheme="minorHAnsi" w:eastAsiaTheme="minorEastAsia" w:hAnsiTheme="minorHAnsi" w:cstheme="minorBidi"/>
          <w:bCs w:val="0"/>
        </w:rPr>
        <w:t>Screenshot:</w:t>
      </w:r>
      <w:r w:rsidR="00C36BFF">
        <w:rPr>
          <w:rFonts w:asciiTheme="minorHAnsi" w:eastAsiaTheme="minorEastAsia" w:hAnsiTheme="minorHAnsi" w:cstheme="minorBidi"/>
          <w:b w:val="0"/>
          <w:color w:val="auto"/>
        </w:rPr>
        <w:br/>
      </w:r>
      <w:r w:rsidR="00C36BFF" w:rsidRPr="00AB3273">
        <w:rPr>
          <w:noProof/>
        </w:rPr>
        <w:drawing>
          <wp:inline distT="0" distB="0" distL="0" distR="0" wp14:anchorId="5018032C" wp14:editId="443E8347">
            <wp:extent cx="5486400" cy="2459337"/>
            <wp:effectExtent l="0" t="0" r="0" b="0"/>
            <wp:docPr id="4" name="Picture 4" descr="F:\GUJRAMS\Screenshot_RSAMS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UJRAMS\Screenshot_RSAMS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C36BFF">
      <w:pPr>
        <w:pStyle w:val="Heading2"/>
      </w:pPr>
      <w:r>
        <w:t>Issue 5</w:t>
      </w:r>
      <w:r w:rsidR="00D33BB5">
        <w:t xml:space="preserve"> (</w:t>
      </w:r>
      <w:r w:rsidR="00D33BB5" w:rsidRPr="00D33BB5">
        <w:rPr>
          <w:highlight w:val="yellow"/>
        </w:rPr>
        <w:t>Done</w:t>
      </w:r>
      <w:r w:rsidR="00D33BB5">
        <w:t>)</w:t>
      </w:r>
    </w:p>
    <w:p w:rsidR="00361E58" w:rsidRDefault="00F67E35" w:rsidP="005E573A">
      <w:pPr>
        <w:pStyle w:val="NormalWeb"/>
        <w:spacing w:before="0" w:beforeAutospacing="0"/>
      </w:pPr>
      <w:r>
        <w:t xml:space="preserve">Issue: </w:t>
      </w:r>
      <w:r w:rsidR="005E573A" w:rsidRPr="005E573A">
        <w:t>Unknown error occurs while saving Accident Details. (The same error appears across all tables in the Survey Data section.)</w:t>
      </w:r>
      <w:r w:rsidR="005E573A">
        <w:br/>
      </w:r>
      <w:r>
        <w:t>Priority: High</w:t>
      </w:r>
      <w:r w:rsidR="005E573A">
        <w:br/>
      </w:r>
      <w:r>
        <w:t>Category: Bug</w:t>
      </w:r>
      <w:r w:rsidR="005E573A">
        <w:br/>
      </w:r>
      <w:r>
        <w:t>Expected Result: Accident details should be saved without errors.</w:t>
      </w:r>
    </w:p>
    <w:p w:rsidR="00361E58" w:rsidRDefault="00F67E35" w:rsidP="00C36BFF">
      <w:pPr>
        <w:spacing w:after="0"/>
      </w:pPr>
      <w:r>
        <w:lastRenderedPageBreak/>
        <w:t>Actual Result: Unknown error appears on clicking Save.</w:t>
      </w:r>
      <w:r w:rsidR="00C36BFF">
        <w:br/>
      </w:r>
      <w:r w:rsidR="00C36BFF" w:rsidRPr="005E573A">
        <w:rPr>
          <w:rFonts w:asciiTheme="majorHAnsi" w:eastAsiaTheme="majorEastAsia" w:hAnsiTheme="majorHAnsi" w:cstheme="majorBidi"/>
          <w:b/>
          <w:color w:val="4F81BD" w:themeColor="accent1"/>
          <w:sz w:val="26"/>
          <w:szCs w:val="26"/>
        </w:rPr>
        <w:t>Screenshot:</w:t>
      </w:r>
      <w:r w:rsidR="00C36BFF">
        <w:br/>
      </w:r>
      <w:r w:rsidR="00C36BFF" w:rsidRPr="00AB3273">
        <w:rPr>
          <w:noProof/>
        </w:rPr>
        <w:drawing>
          <wp:inline distT="0" distB="0" distL="0" distR="0" wp14:anchorId="1C963D45" wp14:editId="4AB9496C">
            <wp:extent cx="5486400" cy="2663572"/>
            <wp:effectExtent l="0" t="0" r="0" b="3810"/>
            <wp:docPr id="6" name="Picture 6" descr="F:\GUJRAMS\Screenshot_RSAM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UJRAMS\Screenshot_RSAMS_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 w:rsidP="005E573A">
      <w:pPr>
        <w:pStyle w:val="Heading2"/>
        <w:spacing w:before="0"/>
      </w:pPr>
      <w:r>
        <w:t>Issue 6</w:t>
      </w:r>
      <w:r w:rsidR="0065164C">
        <w:t xml:space="preserve"> (</w:t>
      </w:r>
      <w:r w:rsidR="0065164C" w:rsidRPr="0065164C">
        <w:rPr>
          <w:highlight w:val="yellow"/>
        </w:rPr>
        <w:t>Done</w:t>
      </w:r>
      <w:r w:rsidR="0065164C">
        <w:t>)</w:t>
      </w:r>
    </w:p>
    <w:p w:rsidR="00361E58" w:rsidRDefault="00F67E35" w:rsidP="00F30D2D">
      <w:pPr>
        <w:spacing w:after="240"/>
      </w:pPr>
      <w:r>
        <w:t>Issue: Navigation and saving errors in Accident Details - Vehicles section.</w:t>
      </w:r>
      <w:r w:rsidR="005E573A">
        <w:br/>
      </w:r>
      <w:r>
        <w:t>Priority: High</w:t>
      </w:r>
      <w:r w:rsidR="005E573A">
        <w:br/>
      </w:r>
      <w:r>
        <w:t>Category: Bug</w:t>
      </w:r>
      <w:r w:rsidR="005E573A">
        <w:br/>
      </w:r>
      <w:r>
        <w:t>Expected Result: Next button should navigate, Save should work.</w:t>
      </w:r>
      <w:r w:rsidR="005E573A">
        <w:br/>
      </w:r>
      <w:r>
        <w:t xml:space="preserve">Actual Result: Next does nothing, </w:t>
      </w:r>
      <w:r w:rsidR="005E573A">
        <w:t>save</w:t>
      </w:r>
      <w:r>
        <w:t xml:space="preserve"> throws unknown error.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AB3273">
        <w:rPr>
          <w:noProof/>
        </w:rPr>
        <w:drawing>
          <wp:inline distT="0" distB="0" distL="0" distR="0" wp14:anchorId="3D8B63C8" wp14:editId="277FCE5E">
            <wp:extent cx="5486400" cy="1787669"/>
            <wp:effectExtent l="0" t="0" r="0" b="3175"/>
            <wp:docPr id="7" name="Picture 7" descr="F:\GUJRAMS\Screenshot_RSAMS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UJRAMS\Screenshot_RSAMS_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pPr>
        <w:pStyle w:val="Heading2"/>
      </w:pPr>
      <w:r>
        <w:t>Issue 7</w:t>
      </w:r>
      <w:r w:rsidR="004B542B">
        <w:t xml:space="preserve"> (</w:t>
      </w:r>
      <w:r w:rsidR="00D33BB5" w:rsidRPr="00D33BB5">
        <w:rPr>
          <w:highlight w:val="yellow"/>
        </w:rPr>
        <w:t>Done</w:t>
      </w:r>
      <w:r w:rsidR="004B542B">
        <w:t>)</w:t>
      </w:r>
    </w:p>
    <w:p w:rsidR="00361E58" w:rsidRDefault="00F67E35">
      <w:r>
        <w:t>Issue: Unknown error on saving in Victims section.</w:t>
      </w:r>
      <w:r w:rsidR="005E573A">
        <w:br/>
      </w:r>
      <w:r>
        <w:t>Priority: High</w:t>
      </w:r>
      <w:r w:rsidR="005E573A">
        <w:br/>
      </w:r>
      <w:r>
        <w:t>Category: Bug</w:t>
      </w:r>
      <w:r w:rsidR="005E573A">
        <w:br/>
      </w:r>
      <w:r>
        <w:t>Expected Result: Victim data should be saved properly.</w:t>
      </w:r>
    </w:p>
    <w:p w:rsidR="00361E58" w:rsidRDefault="00F67E35">
      <w:r>
        <w:lastRenderedPageBreak/>
        <w:t>Actual Result: Unknown error on clicking Save in Victims add screen.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3B4EC5">
        <w:rPr>
          <w:noProof/>
        </w:rPr>
        <w:drawing>
          <wp:inline distT="0" distB="0" distL="0" distR="0" wp14:anchorId="4F24C069" wp14:editId="4FF6571C">
            <wp:extent cx="5486400" cy="2013179"/>
            <wp:effectExtent l="0" t="0" r="0" b="6350"/>
            <wp:docPr id="8" name="Picture 8" descr="F:\GUJRAMS\Screenshot_RSAMS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UJRAMS\Screenshot_RSAMS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pPr>
        <w:pStyle w:val="Heading2"/>
      </w:pPr>
      <w:r>
        <w:t>Issue 8</w:t>
      </w:r>
      <w:r w:rsidR="004B542B">
        <w:t xml:space="preserve"> (</w:t>
      </w:r>
      <w:r w:rsidR="00D33BB5">
        <w:rPr>
          <w:highlight w:val="yellow"/>
        </w:rPr>
        <w:t>Done</w:t>
      </w:r>
      <w:r w:rsidR="004B542B" w:rsidRPr="004B542B">
        <w:rPr>
          <w:highlight w:val="yellow"/>
        </w:rPr>
        <w:t>)</w:t>
      </w:r>
    </w:p>
    <w:p w:rsidR="00361E58" w:rsidRDefault="00F67E35">
      <w:r>
        <w:t>Issue: Alignment differs from the old APK.</w:t>
      </w:r>
      <w:r w:rsidR="005E573A">
        <w:br/>
      </w:r>
      <w:r>
        <w:t>Priority: Low</w:t>
      </w:r>
      <w:r w:rsidR="005E573A">
        <w:br/>
      </w:r>
      <w:r>
        <w:t>Category: UI</w:t>
      </w:r>
      <w:r w:rsidR="005E573A">
        <w:br/>
      </w:r>
      <w:r>
        <w:t>Expected Result: UI should match old APK alignment.</w:t>
      </w:r>
      <w:r w:rsidR="005E573A">
        <w:br/>
      </w:r>
      <w:r>
        <w:t>Actual Result: Alignment is inconsistent with old APK.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3B4EC5">
        <w:rPr>
          <w:noProof/>
        </w:rPr>
        <w:drawing>
          <wp:inline distT="0" distB="0" distL="0" distR="0" wp14:anchorId="3CFFF8A2" wp14:editId="42F227FB">
            <wp:extent cx="5486400" cy="2439278"/>
            <wp:effectExtent l="0" t="0" r="0" b="0"/>
            <wp:docPr id="9" name="Picture 9" descr="F:\GUJRAMS\Screenshot_RSAMS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UJRAMS\Screenshot_RSAMS_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D2D">
        <w:br/>
      </w:r>
      <w:r w:rsidR="00F30D2D">
        <w:br/>
      </w:r>
      <w:r w:rsidR="00F30D2D" w:rsidRPr="003B4EC5">
        <w:rPr>
          <w:noProof/>
        </w:rPr>
        <w:drawing>
          <wp:inline distT="0" distB="0" distL="0" distR="0" wp14:anchorId="079BC1D8" wp14:editId="7D6832FD">
            <wp:extent cx="5486400" cy="1974885"/>
            <wp:effectExtent l="0" t="0" r="0" b="6350"/>
            <wp:docPr id="10" name="Picture 10" descr="F:\GUJRAMS\Screenshot_RSAMS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UJRAMS\Screenshot_RSAMS_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pPr>
        <w:pStyle w:val="Heading2"/>
      </w:pPr>
      <w:r>
        <w:lastRenderedPageBreak/>
        <w:t>Issue 9</w:t>
      </w:r>
      <w:r w:rsidR="004B542B">
        <w:t xml:space="preserve"> (</w:t>
      </w:r>
      <w:r w:rsidR="00D33BB5" w:rsidRPr="00D33BB5">
        <w:rPr>
          <w:highlight w:val="yellow"/>
        </w:rPr>
        <w:t>Done</w:t>
      </w:r>
      <w:r w:rsidR="004B542B">
        <w:t>)</w:t>
      </w:r>
    </w:p>
    <w:p w:rsidR="005E573A" w:rsidRDefault="00F67E35">
      <w:r>
        <w:t>Issue: No Clear button, and Cancel closes the whole page.</w:t>
      </w:r>
      <w:r w:rsidR="005E573A">
        <w:br/>
      </w:r>
      <w:r>
        <w:t>Priority: Medium</w:t>
      </w:r>
      <w:r w:rsidR="005E573A">
        <w:br/>
      </w:r>
      <w:r>
        <w:t>Category: UI/UX</w:t>
      </w:r>
      <w:r w:rsidR="005E573A">
        <w:br/>
      </w:r>
      <w:r>
        <w:t>Expected Result: A Clear button should be present; Cancel should not close the page.</w:t>
      </w:r>
      <w:r w:rsidR="005E573A">
        <w:br/>
      </w:r>
      <w:r>
        <w:t>Actual Result: Clear button missing; Cancel closes entire page.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517670">
        <w:rPr>
          <w:noProof/>
        </w:rPr>
        <w:drawing>
          <wp:inline distT="0" distB="0" distL="0" distR="0" wp14:anchorId="69722146" wp14:editId="5A736E31">
            <wp:extent cx="5486400" cy="2604108"/>
            <wp:effectExtent l="0" t="0" r="0" b="6350"/>
            <wp:docPr id="11" name="Picture 11" descr="F:\GUJRAMS\Screenshot_RSAMS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UJRAMS\Screenshot_RSAMS_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r>
        <w:br/>
      </w:r>
      <w:r w:rsidRPr="00517670">
        <w:rPr>
          <w:noProof/>
        </w:rPr>
        <w:drawing>
          <wp:inline distT="0" distB="0" distL="0" distR="0" wp14:anchorId="5A472F1B" wp14:editId="77E6F3B3">
            <wp:extent cx="5486400" cy="2150084"/>
            <wp:effectExtent l="0" t="0" r="0" b="3175"/>
            <wp:docPr id="5" name="Picture 5" descr="F:\GUJRAMS\Screenshot_RSAMS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Screenshot_RSAMS_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pPr>
        <w:pStyle w:val="Heading2"/>
      </w:pPr>
      <w:r>
        <w:t>Issue 10</w:t>
      </w:r>
      <w:r w:rsidR="00211489">
        <w:t xml:space="preserve"> (</w:t>
      </w:r>
      <w:r w:rsidR="00211489" w:rsidRPr="00211489">
        <w:rPr>
          <w:highlight w:val="yellow"/>
        </w:rPr>
        <w:t>Done</w:t>
      </w:r>
      <w:r w:rsidR="00211489">
        <w:t>)</w:t>
      </w:r>
    </w:p>
    <w:p w:rsidR="00361E58" w:rsidRDefault="00F67E35">
      <w:r>
        <w:t>Issue: Next button in Accident Details does not work.</w:t>
      </w:r>
      <w:r w:rsidR="005E573A">
        <w:br/>
      </w:r>
      <w:r>
        <w:t>Priority: High</w:t>
      </w:r>
      <w:r w:rsidR="005E573A">
        <w:br/>
      </w:r>
      <w:r>
        <w:t>Category: Bug</w:t>
      </w:r>
      <w:r w:rsidR="005E573A">
        <w:br/>
      </w:r>
      <w:r>
        <w:t>Expected Result: Clicking Next should navigate to the next screen.</w:t>
      </w:r>
    </w:p>
    <w:p w:rsidR="00361E58" w:rsidRDefault="00F67E35">
      <w:r>
        <w:lastRenderedPageBreak/>
        <w:t>Actual Result: No action occurs on clicking Next.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864102">
        <w:rPr>
          <w:noProof/>
        </w:rPr>
        <w:drawing>
          <wp:inline distT="0" distB="0" distL="0" distR="0" wp14:anchorId="7F171988" wp14:editId="343B71BD">
            <wp:extent cx="4626864" cy="2141193"/>
            <wp:effectExtent l="0" t="0" r="2540" b="0"/>
            <wp:docPr id="12" name="Picture 12" descr="F:\GUJRAMS\Screenshot_RSAMS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JRAMS\Screenshot_RSAMS_1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82" cy="21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pPr>
        <w:pStyle w:val="Heading2"/>
      </w:pPr>
      <w:r>
        <w:t>Issue 11</w:t>
      </w:r>
      <w:r w:rsidR="004B542B">
        <w:t xml:space="preserve"> (</w:t>
      </w:r>
      <w:r w:rsidR="004B542B" w:rsidRPr="004B542B">
        <w:rPr>
          <w:highlight w:val="yellow"/>
        </w:rPr>
        <w:t>Done</w:t>
      </w:r>
      <w:r w:rsidR="004B542B">
        <w:t>)</w:t>
      </w:r>
    </w:p>
    <w:p w:rsidR="00361E58" w:rsidRDefault="00F67E35">
      <w:r>
        <w:t>Issue: Wrong alert message shown when no row is selected.</w:t>
      </w:r>
      <w:r w:rsidR="005E573A">
        <w:br/>
      </w:r>
      <w:r>
        <w:t>Priority: Medium</w:t>
      </w:r>
      <w:r w:rsidR="005E573A">
        <w:br/>
      </w:r>
      <w:r>
        <w:t>Category: Bug</w:t>
      </w:r>
      <w:r w:rsidR="005E573A">
        <w:br/>
      </w:r>
      <w:r>
        <w:t>Expected Result: Alert should say: 'Please select a row to view'.</w:t>
      </w:r>
      <w:r w:rsidR="005E573A">
        <w:br/>
      </w:r>
      <w:r>
        <w:t>Actual Result: Alert wrongly says: 'Please select a row to update'.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A90C12">
        <w:rPr>
          <w:noProof/>
        </w:rPr>
        <w:drawing>
          <wp:inline distT="0" distB="0" distL="0" distR="0" wp14:anchorId="68C0E33F" wp14:editId="4ADAD97A">
            <wp:extent cx="5486400" cy="1435728"/>
            <wp:effectExtent l="0" t="0" r="0" b="0"/>
            <wp:docPr id="15" name="Picture 15" descr="F:\GUJRAMS\Screenshot_RSAMS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UJRAMS\Screenshot_RSAMS_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3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 w:rsidP="005E573A">
      <w:pPr>
        <w:pStyle w:val="Heading2"/>
        <w:spacing w:before="0"/>
      </w:pPr>
      <w:r>
        <w:t>Issue 12</w:t>
      </w:r>
      <w:r w:rsidR="004B542B">
        <w:t xml:space="preserve"> (</w:t>
      </w:r>
      <w:r w:rsidR="004B542B" w:rsidRPr="004B542B">
        <w:rPr>
          <w:highlight w:val="yellow"/>
        </w:rPr>
        <w:t>Done</w:t>
      </w:r>
      <w:r w:rsidR="004B542B">
        <w:t>)</w:t>
      </w:r>
    </w:p>
    <w:p w:rsidR="00361E58" w:rsidRDefault="00F67E35">
      <w:r>
        <w:t>Issue: Gallery icon is missing.</w:t>
      </w:r>
      <w:r w:rsidR="005E573A">
        <w:br/>
      </w:r>
      <w:r>
        <w:t>Priority: Low</w:t>
      </w:r>
      <w:r w:rsidR="005E573A">
        <w:br/>
      </w:r>
      <w:r>
        <w:t>Category: UI</w:t>
      </w:r>
      <w:r w:rsidR="005E573A">
        <w:br/>
      </w:r>
      <w:r>
        <w:t>Expected Result: Gallery icon should be present.</w:t>
      </w:r>
      <w:r w:rsidR="005E573A">
        <w:br/>
      </w:r>
      <w:r>
        <w:t>Actual Result: Gallery icon is missing from Survey Data screen.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>Screenshot:</w:t>
      </w:r>
      <w:r w:rsidR="00F30D2D">
        <w:br/>
      </w:r>
      <w:r w:rsidR="00F30D2D" w:rsidRPr="00C5432C">
        <w:rPr>
          <w:noProof/>
        </w:rPr>
        <w:drawing>
          <wp:inline distT="0" distB="0" distL="0" distR="0" wp14:anchorId="2D99A483" wp14:editId="7A48FD85">
            <wp:extent cx="5278976" cy="2017776"/>
            <wp:effectExtent l="0" t="0" r="0" b="1905"/>
            <wp:docPr id="18" name="Picture 18" descr="F:\GUJRAMS\Screenshot_RSAMS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UJRAMS\Screenshot_RSAMS_2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73" cy="207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>
      <w:pPr>
        <w:pStyle w:val="Heading2"/>
      </w:pPr>
      <w:r>
        <w:t>Issue 13</w:t>
      </w:r>
      <w:r w:rsidR="004B542B">
        <w:t xml:space="preserve"> (</w:t>
      </w:r>
      <w:r w:rsidR="004B542B" w:rsidRPr="004B542B">
        <w:rPr>
          <w:highlight w:val="yellow"/>
        </w:rPr>
        <w:t>Done</w:t>
      </w:r>
      <w:r w:rsidR="004B542B">
        <w:t>)</w:t>
      </w:r>
    </w:p>
    <w:p w:rsidR="00361E58" w:rsidRDefault="00F67E35" w:rsidP="005E573A">
      <w:pPr>
        <w:spacing w:after="0"/>
      </w:pPr>
      <w:r>
        <w:t>Issue: Unknown error when clicking Run in Execute Process.</w:t>
      </w:r>
    </w:p>
    <w:p w:rsidR="00361E58" w:rsidRDefault="00F67E35" w:rsidP="005E573A">
      <w:pPr>
        <w:spacing w:after="0"/>
      </w:pPr>
      <w:r>
        <w:t>Priority: High</w:t>
      </w:r>
    </w:p>
    <w:p w:rsidR="00361E58" w:rsidRDefault="00F67E35" w:rsidP="005E573A">
      <w:pPr>
        <w:spacing w:after="0"/>
      </w:pPr>
      <w:r>
        <w:t>Category: Bug</w:t>
      </w:r>
    </w:p>
    <w:p w:rsidR="00361E58" w:rsidRDefault="00F67E35" w:rsidP="005E573A">
      <w:pPr>
        <w:spacing w:after="0"/>
      </w:pPr>
      <w:r>
        <w:t>Expected Result: Execute process should run without errors.</w:t>
      </w:r>
    </w:p>
    <w:p w:rsidR="00361E58" w:rsidRDefault="00F67E35" w:rsidP="005E573A">
      <w:pPr>
        <w:spacing w:after="0"/>
      </w:pPr>
      <w:r>
        <w:t>Actual Result: Unknown error is shown on clicking Run.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r w:rsidR="00F30D2D" w:rsidRPr="00C5432C">
        <w:rPr>
          <w:noProof/>
        </w:rPr>
        <w:drawing>
          <wp:inline distT="0" distB="0" distL="0" distR="0" wp14:anchorId="19167829" wp14:editId="0E0C825B">
            <wp:extent cx="5278755" cy="1280797"/>
            <wp:effectExtent l="0" t="0" r="0" b="0"/>
            <wp:docPr id="17" name="Picture 17" descr="F:\GUJRAMS\Screenshot_RSAMS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UJRAMS\Screenshot_RSAMS_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44" cy="12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F30D2D" w:rsidP="005E573A">
      <w:pPr>
        <w:pStyle w:val="Heading2"/>
        <w:spacing w:before="0"/>
      </w:pPr>
      <w:r>
        <w:t>Issue 14</w:t>
      </w:r>
      <w:r w:rsidR="00D33BB5">
        <w:t xml:space="preserve"> (</w:t>
      </w:r>
      <w:r w:rsidR="00D33BB5" w:rsidRPr="00D33BB5">
        <w:rPr>
          <w:highlight w:val="yellow"/>
        </w:rPr>
        <w:t>Done</w:t>
      </w:r>
      <w:r w:rsidR="00D33BB5">
        <w:t>)</w:t>
      </w:r>
    </w:p>
    <w:p w:rsidR="00361E58" w:rsidRDefault="00F67E35">
      <w:r>
        <w:t>Issue: Detailed report not refreshed on generating new report.</w:t>
      </w:r>
      <w:r w:rsidR="005E573A">
        <w:br/>
      </w:r>
      <w:r>
        <w:t>Priority: Medium</w:t>
      </w:r>
      <w:r w:rsidR="005E573A">
        <w:br/>
      </w:r>
      <w:r>
        <w:t>Category: Bug</w:t>
      </w:r>
      <w:r w:rsidR="005E573A">
        <w:br/>
      </w:r>
      <w:r>
        <w:t>Expected Result: New report should be displayed on generation.</w:t>
      </w:r>
      <w:r w:rsidR="005E573A">
        <w:br/>
      </w:r>
      <w:r>
        <w:t>Actual Result: Old report remains visible; page is not refreshed.</w:t>
      </w:r>
      <w:r w:rsidR="009E48CF">
        <w:br/>
      </w:r>
      <w:r w:rsidR="009E48CF" w:rsidRPr="009E48CF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Screenshot:</w:t>
      </w:r>
      <w:r w:rsidR="00F30D2D">
        <w:br/>
      </w:r>
      <w:bookmarkStart w:id="0" w:name="_GoBack"/>
      <w:r w:rsidR="00F30D2D" w:rsidRPr="00967E4E">
        <w:rPr>
          <w:noProof/>
        </w:rPr>
        <w:drawing>
          <wp:inline distT="0" distB="0" distL="0" distR="0" wp14:anchorId="7E0DD61E" wp14:editId="73DC2DD0">
            <wp:extent cx="4035552" cy="1976643"/>
            <wp:effectExtent l="0" t="0" r="3175" b="5080"/>
            <wp:docPr id="19" name="Picture 19" descr="F:\GUJRAMS\Screenshot_RSAMS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UJRAMS\Screenshot_RSAMS_2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97" cy="205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30D2D">
        <w:br/>
      </w:r>
    </w:p>
    <w:sectPr w:rsidR="00361E58" w:rsidSect="00A25E20">
      <w:pgSz w:w="12240" w:h="15840"/>
      <w:pgMar w:top="709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4652B15"/>
    <w:multiLevelType w:val="multilevel"/>
    <w:tmpl w:val="EFF2D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5C769E"/>
    <w:multiLevelType w:val="hybridMultilevel"/>
    <w:tmpl w:val="D586FCE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612CF"/>
    <w:multiLevelType w:val="multilevel"/>
    <w:tmpl w:val="8B4A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1E14C9"/>
    <w:rsid w:val="00211489"/>
    <w:rsid w:val="00280B1E"/>
    <w:rsid w:val="0029639D"/>
    <w:rsid w:val="00326F90"/>
    <w:rsid w:val="00361E58"/>
    <w:rsid w:val="00444553"/>
    <w:rsid w:val="004B542B"/>
    <w:rsid w:val="004F152D"/>
    <w:rsid w:val="005E573A"/>
    <w:rsid w:val="0065164C"/>
    <w:rsid w:val="00767458"/>
    <w:rsid w:val="00936151"/>
    <w:rsid w:val="009E48CF"/>
    <w:rsid w:val="00A25E20"/>
    <w:rsid w:val="00AA1D8D"/>
    <w:rsid w:val="00B47730"/>
    <w:rsid w:val="00C36BFF"/>
    <w:rsid w:val="00CB0664"/>
    <w:rsid w:val="00CC41DF"/>
    <w:rsid w:val="00D33BB5"/>
    <w:rsid w:val="00DA62EC"/>
    <w:rsid w:val="00F30D2D"/>
    <w:rsid w:val="00F67E3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585B32"/>
  <w14:defaultImageDpi w14:val="300"/>
  <w15:docId w15:val="{6334F75A-2FDE-4CCC-979B-7252C9464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4F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1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1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68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78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44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0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8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77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01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4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10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3EA196-2CEB-4161-9707-67B855915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Vengaiah Patcha</cp:lastModifiedBy>
  <cp:revision>2</cp:revision>
  <dcterms:created xsi:type="dcterms:W3CDTF">2025-06-13T09:50:00Z</dcterms:created>
  <dcterms:modified xsi:type="dcterms:W3CDTF">2025-06-13T09:50:00Z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d251b7f5-3bb6-4a65-aa6b-7e89f06926b4</vt:lpwstr>
  </property>
</Properties>
</file>